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29F" w:rsidRPr="00067D71" w:rsidRDefault="00067D71" w:rsidP="00067D71">
      <w:pPr>
        <w:pStyle w:val="Heading1"/>
        <w:jc w:val="center"/>
        <w:rPr>
          <w:sz w:val="40"/>
          <w:szCs w:val="40"/>
        </w:rPr>
      </w:pPr>
      <w:proofErr w:type="spellStart"/>
      <w:r w:rsidRPr="00067D71">
        <w:rPr>
          <w:sz w:val="40"/>
          <w:szCs w:val="40"/>
        </w:rPr>
        <w:t>Mindcraft</w:t>
      </w:r>
      <w:proofErr w:type="spellEnd"/>
      <w:r w:rsidRPr="00067D71">
        <w:rPr>
          <w:sz w:val="40"/>
          <w:szCs w:val="40"/>
        </w:rPr>
        <w:t xml:space="preserve"> Publication</w:t>
      </w:r>
      <w:r>
        <w:rPr>
          <w:sz w:val="40"/>
          <w:szCs w:val="40"/>
        </w:rPr>
        <w:t>s</w:t>
      </w:r>
    </w:p>
    <w:p w:rsidR="0035029F" w:rsidRPr="00067D71" w:rsidRDefault="00067D71" w:rsidP="00067D71">
      <w:pPr>
        <w:pStyle w:val="Heading2"/>
        <w:jc w:val="center"/>
        <w:rPr>
          <w:sz w:val="32"/>
          <w:szCs w:val="32"/>
        </w:rPr>
      </w:pPr>
      <w:r w:rsidRPr="00067D71">
        <w:rPr>
          <w:sz w:val="32"/>
          <w:szCs w:val="32"/>
        </w:rPr>
        <w:t>International Journal of Artificial Intelligence (IJAI)</w:t>
      </w:r>
    </w:p>
    <w:p w:rsidR="0035029F" w:rsidRDefault="00067D71" w:rsidP="00067D71">
      <w:pPr>
        <w:pStyle w:val="Heading3"/>
        <w:jc w:val="center"/>
        <w:rPr>
          <w:sz w:val="32"/>
          <w:szCs w:val="32"/>
        </w:rPr>
      </w:pPr>
      <w:r>
        <w:rPr>
          <w:sz w:val="32"/>
          <w:szCs w:val="32"/>
        </w:rPr>
        <w:t>Author Copyright Form</w:t>
      </w:r>
    </w:p>
    <w:p w:rsidR="00067D71" w:rsidRDefault="00067D71" w:rsidP="00067D71">
      <w:pPr>
        <w:jc w:val="right"/>
      </w:pPr>
      <w:r>
        <w:t>Date: __ / __ / ______</w:t>
      </w:r>
    </w:p>
    <w:p w:rsidR="0035029F" w:rsidRDefault="0035029F"/>
    <w:p w:rsidR="0035029F" w:rsidRDefault="00067D71" w:rsidP="00067D71">
      <w:pPr>
        <w:pStyle w:val="ListParagraph"/>
        <w:numPr>
          <w:ilvl w:val="0"/>
          <w:numId w:val="11"/>
        </w:numPr>
      </w:pPr>
      <w:r>
        <w:t xml:space="preserve">Research Paper / </w:t>
      </w:r>
      <w:r>
        <w:t>Manuscript Details:</w:t>
      </w:r>
    </w:p>
    <w:p w:rsidR="00067D71" w:rsidRDefault="00067D71" w:rsidP="00067D71">
      <w:pPr>
        <w:pStyle w:val="ListParagraph"/>
        <w:ind w:left="142"/>
      </w:pPr>
    </w:p>
    <w:p w:rsidR="00067D71" w:rsidRDefault="00067D71">
      <w:r>
        <w:t>T</w:t>
      </w:r>
      <w:r>
        <w:t xml:space="preserve">itle: </w:t>
      </w:r>
      <w:r>
        <w:t>________________________________________________________________________________________________</w:t>
      </w:r>
    </w:p>
    <w:p w:rsidR="00067D71" w:rsidRDefault="00067D71"/>
    <w:p w:rsidR="0035029F" w:rsidRDefault="00067D71">
      <w:r>
        <w:t>_______________________________________________________________________________________________________</w:t>
      </w:r>
    </w:p>
    <w:p w:rsidR="00067D71" w:rsidRDefault="00067D71"/>
    <w:p w:rsidR="0035029F" w:rsidRDefault="00067D71">
      <w:r>
        <w:t xml:space="preserve">Research Paper </w:t>
      </w:r>
      <w:r>
        <w:t xml:space="preserve">/ </w:t>
      </w:r>
      <w:r>
        <w:t xml:space="preserve">Manuscript ID (if any): </w:t>
      </w:r>
      <w:r>
        <w:t>________________________________</w:t>
      </w:r>
    </w:p>
    <w:p w:rsidR="0035029F" w:rsidRDefault="00067D71">
      <w:r>
        <w:t>Article Type: [ ] Research   [ ] Review   [ ] Case Study   [ ] Short Communication</w:t>
      </w:r>
    </w:p>
    <w:p w:rsidR="0035029F" w:rsidRDefault="0035029F"/>
    <w:p w:rsidR="0035029F" w:rsidRDefault="00067D71">
      <w:r>
        <w:t>2. Author Information</w:t>
      </w:r>
    </w:p>
    <w:p w:rsidR="0035029F" w:rsidRDefault="00067D71">
      <w:r>
        <w:t>Corresponding Author: ___________________________________________________________________________</w:t>
      </w:r>
    </w:p>
    <w:p w:rsidR="00067D71" w:rsidRDefault="00067D71">
      <w:r>
        <w:t>Email: ____________________________________________________________________________________________</w:t>
      </w:r>
    </w:p>
    <w:p w:rsidR="0035029F" w:rsidRDefault="00067D71">
      <w:r>
        <w:t>Phone: ___________________________________________________________________________________________</w:t>
      </w:r>
    </w:p>
    <w:p w:rsidR="0035029F" w:rsidRDefault="00067D71">
      <w:r>
        <w:t>Affi</w:t>
      </w:r>
      <w:r>
        <w:t>liation: _____________________________________________________________________________</w:t>
      </w:r>
      <w:bookmarkStart w:id="0" w:name="_GoBack"/>
      <w:bookmarkEnd w:id="0"/>
      <w:r>
        <w:t>_________</w:t>
      </w:r>
    </w:p>
    <w:p w:rsidR="00067D71" w:rsidRDefault="00067D71"/>
    <w:p w:rsidR="0035029F" w:rsidRDefault="00067D71">
      <w:r>
        <w:t>Co-authors (Name, Affiliation, Email):</w:t>
      </w:r>
    </w:p>
    <w:p w:rsidR="0035029F" w:rsidRDefault="00067D71">
      <w:r>
        <w:t>1. ______________________________________________________________________________________________</w:t>
      </w:r>
      <w:r>
        <w:t>_</w:t>
      </w:r>
    </w:p>
    <w:p w:rsidR="0035029F" w:rsidRDefault="00067D71">
      <w:r>
        <w:t>2. ___________________________________________________________________________________________</w:t>
      </w:r>
      <w:r>
        <w:t>___</w:t>
      </w:r>
    </w:p>
    <w:p w:rsidR="0035029F" w:rsidRDefault="00067D71">
      <w:r>
        <w:t>3. ___________________________________________________________________________________________</w:t>
      </w:r>
      <w:r>
        <w:t>___</w:t>
      </w:r>
    </w:p>
    <w:p w:rsidR="0035029F" w:rsidRDefault="0035029F"/>
    <w:p w:rsidR="0035029F" w:rsidRDefault="0035029F"/>
    <w:p w:rsidR="0035029F" w:rsidRDefault="00067D71">
      <w:r>
        <w:t>4. Author Declarations</w:t>
      </w:r>
    </w:p>
    <w:p w:rsidR="0035029F" w:rsidRDefault="00067D71">
      <w:r>
        <w:t>• Work is original and not published elsewhere.</w:t>
      </w:r>
    </w:p>
    <w:p w:rsidR="0035029F" w:rsidRDefault="00067D71">
      <w:r>
        <w:t>• All authors approve the submi</w:t>
      </w:r>
      <w:r>
        <w:t>ssion.</w:t>
      </w:r>
    </w:p>
    <w:p w:rsidR="0035029F" w:rsidRDefault="00067D71">
      <w:r>
        <w:t>• Permissions for reused content are obtained.</w:t>
      </w:r>
    </w:p>
    <w:p w:rsidR="0035029F" w:rsidRDefault="00067D71">
      <w:r>
        <w:t>• Ethical approvals (if applicable) are followed.</w:t>
      </w:r>
    </w:p>
    <w:p w:rsidR="0035029F" w:rsidRDefault="00067D71">
      <w:r>
        <w:t>• Conflicts and funding sources disclosed.</w:t>
      </w:r>
    </w:p>
    <w:p w:rsidR="00067D71" w:rsidRDefault="00067D71">
      <w:r>
        <w:t xml:space="preserve">I/We hereby declare that all the original research work is done by myself/ us and </w:t>
      </w:r>
      <w:proofErr w:type="spellStart"/>
      <w:r>
        <w:t>i</w:t>
      </w:r>
      <w:proofErr w:type="spellEnd"/>
      <w:r>
        <w:t>/ we give consent for the publication.</w:t>
      </w:r>
    </w:p>
    <w:p w:rsidR="0035029F" w:rsidRDefault="0035029F"/>
    <w:p w:rsidR="0035029F" w:rsidRDefault="0035029F"/>
    <w:p w:rsidR="0035029F" w:rsidRDefault="00067D71">
      <w:r>
        <w:t>6. Author Signatures</w:t>
      </w:r>
    </w:p>
    <w:p w:rsidR="0035029F" w:rsidRDefault="00067D71">
      <w:r>
        <w:t>Corresponding Author (Name): __________________________</w:t>
      </w:r>
    </w:p>
    <w:p w:rsidR="0035029F" w:rsidRDefault="00067D71">
      <w:r>
        <w:t xml:space="preserve">Signature: _____________________   </w:t>
      </w:r>
    </w:p>
    <w:p w:rsidR="0035029F" w:rsidRDefault="0035029F"/>
    <w:p w:rsidR="0035029F" w:rsidRDefault="00067D71">
      <w:r>
        <w:t>Co-author 2 (Name): ___________________________________</w:t>
      </w:r>
    </w:p>
    <w:p w:rsidR="0035029F" w:rsidRDefault="00067D71">
      <w:r>
        <w:t>Signature: ______</w:t>
      </w:r>
      <w:r>
        <w:t xml:space="preserve">_______________   </w:t>
      </w:r>
    </w:p>
    <w:p w:rsidR="0035029F" w:rsidRDefault="0035029F"/>
    <w:p w:rsidR="0035029F" w:rsidRDefault="00067D71">
      <w:r>
        <w:t>Co-author 3 (Name): ___________________________________</w:t>
      </w:r>
    </w:p>
    <w:p w:rsidR="0035029F" w:rsidRDefault="00067D71">
      <w:r>
        <w:t xml:space="preserve">Signature: _____________________   </w:t>
      </w:r>
    </w:p>
    <w:p w:rsidR="0035029F" w:rsidRDefault="0035029F"/>
    <w:p w:rsidR="0035029F" w:rsidRDefault="00067D71">
      <w:r>
        <w:t>Date: __ / __ / ______</w:t>
      </w:r>
    </w:p>
    <w:sectPr w:rsidR="0035029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C6F1D12"/>
    <w:multiLevelType w:val="hybridMultilevel"/>
    <w:tmpl w:val="C27205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7C7C9D"/>
    <w:multiLevelType w:val="hybridMultilevel"/>
    <w:tmpl w:val="96D29A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67D71"/>
    <w:rsid w:val="0015074B"/>
    <w:rsid w:val="0029639D"/>
    <w:rsid w:val="00326F90"/>
    <w:rsid w:val="0035029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49F3EC"/>
  <w14:defaultImageDpi w14:val="300"/>
  <w15:docId w15:val="{2EBC7CE2-FA8D-49F3-8721-B7FB2C20D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0707CA-01D6-436B-8F7D-78D49BE3D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IILM HR</cp:lastModifiedBy>
  <cp:revision>2</cp:revision>
  <dcterms:created xsi:type="dcterms:W3CDTF">2013-12-23T23:15:00Z</dcterms:created>
  <dcterms:modified xsi:type="dcterms:W3CDTF">2025-11-20T16:00:00Z</dcterms:modified>
  <cp:category/>
</cp:coreProperties>
</file>